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099B1" w14:textId="77777777" w:rsidR="00226AC9" w:rsidRDefault="003A54B2">
      <w:r>
        <w:rPr>
          <w:noProof/>
        </w:rPr>
        <w:drawing>
          <wp:inline distT="0" distB="0" distL="0" distR="0" wp14:anchorId="39657690" wp14:editId="3A9C4D96">
            <wp:extent cx="1962150" cy="1515684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SOS_COUL(1)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71009" cy="1522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4C45F" w14:textId="77777777" w:rsidR="00485F8E" w:rsidRPr="00485F8E" w:rsidRDefault="00485F8E" w:rsidP="00485F8E">
      <w:pPr>
        <w:rPr>
          <w:rFonts w:asciiTheme="majorHAnsi" w:hAnsiTheme="majorHAnsi" w:cstheme="majorHAnsi"/>
          <w:sz w:val="24"/>
          <w:szCs w:val="24"/>
          <w:lang w:val="fr-CA"/>
        </w:rPr>
      </w:pPr>
      <w:r w:rsidRPr="00485F8E">
        <w:rPr>
          <w:rFonts w:ascii="Segoe UI Emoji" w:hAnsi="Segoe UI Emoji" w:cs="Segoe UI Emoji"/>
          <w:sz w:val="24"/>
          <w:szCs w:val="24"/>
        </w:rPr>
        <w:t>📣</w:t>
      </w:r>
      <w:r w:rsidRPr="00485F8E">
        <w:rPr>
          <w:rFonts w:asciiTheme="majorHAnsi" w:hAnsiTheme="majorHAnsi" w:cstheme="majorHAnsi"/>
          <w:sz w:val="24"/>
          <w:szCs w:val="24"/>
          <w:lang w:val="fr-CA"/>
        </w:rPr>
        <w:t xml:space="preserve"> </w:t>
      </w:r>
      <w:r w:rsidRPr="00485F8E">
        <w:rPr>
          <w:rFonts w:asciiTheme="majorHAnsi" w:hAnsiTheme="majorHAnsi" w:cstheme="majorHAnsi"/>
          <w:b/>
          <w:bCs/>
          <w:sz w:val="24"/>
          <w:szCs w:val="24"/>
          <w:lang w:val="fr-CA"/>
        </w:rPr>
        <w:t>Nous recrutons un(e) caissier(ère) / commis de plancher!</w:t>
      </w:r>
    </w:p>
    <w:p w14:paraId="54DE7C1A" w14:textId="77777777" w:rsidR="00485F8E" w:rsidRPr="00485F8E" w:rsidRDefault="00485F8E" w:rsidP="00485F8E">
      <w:pPr>
        <w:rPr>
          <w:rFonts w:asciiTheme="majorHAnsi" w:hAnsiTheme="majorHAnsi" w:cstheme="majorHAnsi"/>
          <w:sz w:val="24"/>
          <w:szCs w:val="24"/>
          <w:lang w:val="fr-CA"/>
        </w:rPr>
      </w:pPr>
      <w:r w:rsidRPr="00485F8E">
        <w:rPr>
          <w:rFonts w:asciiTheme="majorHAnsi" w:hAnsiTheme="majorHAnsi" w:cstheme="majorHAnsi"/>
          <w:sz w:val="24"/>
          <w:szCs w:val="24"/>
          <w:lang w:val="fr-CA"/>
        </w:rPr>
        <w:t xml:space="preserve">Vous aimez le service à la clientèle, le travail d’équipe et les journées qui bougent? Nous sommes à la recherche d’une personne dynamique et accueillante pour se joindre à l’équipe du </w:t>
      </w:r>
      <w:r w:rsidRPr="00485F8E">
        <w:rPr>
          <w:rFonts w:asciiTheme="majorHAnsi" w:hAnsiTheme="majorHAnsi" w:cstheme="majorHAnsi"/>
          <w:b/>
          <w:bCs/>
          <w:sz w:val="24"/>
          <w:szCs w:val="24"/>
          <w:lang w:val="fr-CA"/>
        </w:rPr>
        <w:t>Magasin Général de SOS Dépannage – Moisson Granby</w:t>
      </w:r>
      <w:r w:rsidRPr="00485F8E">
        <w:rPr>
          <w:rFonts w:asciiTheme="majorHAnsi" w:hAnsiTheme="majorHAnsi" w:cstheme="majorHAnsi"/>
          <w:sz w:val="24"/>
          <w:szCs w:val="24"/>
          <w:lang w:val="fr-CA"/>
        </w:rPr>
        <w:t>.</w:t>
      </w:r>
    </w:p>
    <w:p w14:paraId="764BDA91" w14:textId="7CE33903" w:rsidR="00485F8E" w:rsidRPr="00485F8E" w:rsidRDefault="00485F8E" w:rsidP="00485F8E">
      <w:pPr>
        <w:rPr>
          <w:rFonts w:asciiTheme="majorHAnsi" w:hAnsiTheme="majorHAnsi" w:cstheme="majorHAnsi"/>
          <w:sz w:val="24"/>
          <w:szCs w:val="24"/>
        </w:rPr>
      </w:pPr>
      <w:r w:rsidRPr="00485F8E">
        <w:rPr>
          <w:rFonts w:asciiTheme="majorHAnsi" w:hAnsiTheme="majorHAnsi" w:cstheme="majorHAnsi"/>
          <w:b/>
          <w:bCs/>
          <w:sz w:val="24"/>
          <w:szCs w:val="24"/>
        </w:rPr>
        <w:t xml:space="preserve">Conditions de </w:t>
      </w:r>
      <w:r w:rsidRPr="00485F8E">
        <w:rPr>
          <w:rFonts w:asciiTheme="majorHAnsi" w:hAnsiTheme="majorHAnsi" w:cstheme="majorHAnsi"/>
          <w:b/>
          <w:bCs/>
          <w:sz w:val="24"/>
          <w:szCs w:val="24"/>
        </w:rPr>
        <w:t>travail:</w:t>
      </w:r>
    </w:p>
    <w:p w14:paraId="570CE6CF" w14:textId="77777777" w:rsidR="00485F8E" w:rsidRPr="00485F8E" w:rsidRDefault="00485F8E" w:rsidP="00485F8E">
      <w:pPr>
        <w:numPr>
          <w:ilvl w:val="0"/>
          <w:numId w:val="10"/>
        </w:numPr>
        <w:spacing w:after="160" w:line="259" w:lineRule="auto"/>
        <w:rPr>
          <w:rFonts w:asciiTheme="majorHAnsi" w:hAnsiTheme="majorHAnsi" w:cstheme="majorHAnsi"/>
          <w:sz w:val="24"/>
          <w:szCs w:val="24"/>
          <w:lang w:val="fr-CA"/>
        </w:rPr>
      </w:pPr>
      <w:r w:rsidRPr="00485F8E">
        <w:rPr>
          <w:rFonts w:asciiTheme="majorHAnsi" w:hAnsiTheme="majorHAnsi" w:cstheme="majorHAnsi"/>
          <w:sz w:val="24"/>
          <w:szCs w:val="24"/>
          <w:lang w:val="fr-CA"/>
        </w:rPr>
        <w:t xml:space="preserve">Salaire à partir de </w:t>
      </w:r>
      <w:r w:rsidRPr="00485F8E">
        <w:rPr>
          <w:rFonts w:asciiTheme="majorHAnsi" w:hAnsiTheme="majorHAnsi" w:cstheme="majorHAnsi"/>
          <w:b/>
          <w:bCs/>
          <w:sz w:val="24"/>
          <w:szCs w:val="24"/>
          <w:lang w:val="fr-CA"/>
        </w:rPr>
        <w:t>17,60 $ l’heure</w:t>
      </w:r>
      <w:r w:rsidRPr="00485F8E">
        <w:rPr>
          <w:rFonts w:asciiTheme="majorHAnsi" w:hAnsiTheme="majorHAnsi" w:cstheme="majorHAnsi"/>
          <w:sz w:val="24"/>
          <w:szCs w:val="24"/>
          <w:lang w:val="fr-CA"/>
        </w:rPr>
        <w:t xml:space="preserve">; </w:t>
      </w:r>
    </w:p>
    <w:p w14:paraId="24FF700A" w14:textId="77777777" w:rsidR="00485F8E" w:rsidRPr="00485F8E" w:rsidRDefault="00485F8E" w:rsidP="00485F8E">
      <w:pPr>
        <w:numPr>
          <w:ilvl w:val="0"/>
          <w:numId w:val="10"/>
        </w:numPr>
        <w:spacing w:after="160" w:line="259" w:lineRule="auto"/>
        <w:rPr>
          <w:rFonts w:asciiTheme="majorHAnsi" w:hAnsiTheme="majorHAnsi" w:cstheme="majorHAnsi"/>
          <w:sz w:val="24"/>
          <w:szCs w:val="24"/>
          <w:lang w:val="fr-CA"/>
        </w:rPr>
      </w:pPr>
      <w:r w:rsidRPr="00485F8E">
        <w:rPr>
          <w:rFonts w:asciiTheme="majorHAnsi" w:hAnsiTheme="majorHAnsi" w:cstheme="majorHAnsi"/>
          <w:sz w:val="24"/>
          <w:szCs w:val="24"/>
          <w:lang w:val="fr-CA"/>
        </w:rPr>
        <w:t xml:space="preserve">Horaire entre </w:t>
      </w:r>
      <w:r w:rsidRPr="00485F8E">
        <w:rPr>
          <w:rFonts w:asciiTheme="majorHAnsi" w:hAnsiTheme="majorHAnsi" w:cstheme="majorHAnsi"/>
          <w:b/>
          <w:bCs/>
          <w:sz w:val="24"/>
          <w:szCs w:val="24"/>
          <w:lang w:val="fr-CA"/>
        </w:rPr>
        <w:t>25 à 35 heures par semaine</w:t>
      </w:r>
      <w:r w:rsidRPr="00485F8E">
        <w:rPr>
          <w:rFonts w:asciiTheme="majorHAnsi" w:hAnsiTheme="majorHAnsi" w:cstheme="majorHAnsi"/>
          <w:sz w:val="24"/>
          <w:szCs w:val="24"/>
          <w:lang w:val="fr-CA"/>
        </w:rPr>
        <w:t>,</w:t>
      </w:r>
      <w:r w:rsidRPr="00485F8E">
        <w:rPr>
          <w:rFonts w:asciiTheme="majorHAnsi" w:hAnsiTheme="majorHAnsi" w:cstheme="majorHAnsi"/>
          <w:b/>
          <w:bCs/>
          <w:sz w:val="24"/>
          <w:szCs w:val="24"/>
          <w:lang w:val="fr-CA"/>
        </w:rPr>
        <w:t xml:space="preserve"> </w:t>
      </w:r>
      <w:r w:rsidRPr="00485F8E">
        <w:rPr>
          <w:rFonts w:asciiTheme="majorHAnsi" w:hAnsiTheme="majorHAnsi" w:cstheme="majorHAnsi"/>
          <w:sz w:val="24"/>
          <w:szCs w:val="24"/>
          <w:lang w:val="fr-CA"/>
        </w:rPr>
        <w:t xml:space="preserve">poste permanent; </w:t>
      </w:r>
    </w:p>
    <w:p w14:paraId="7679E521" w14:textId="77777777" w:rsidR="00485F8E" w:rsidRPr="00485F8E" w:rsidRDefault="00485F8E" w:rsidP="00485F8E">
      <w:pPr>
        <w:numPr>
          <w:ilvl w:val="0"/>
          <w:numId w:val="10"/>
        </w:numPr>
        <w:spacing w:after="160" w:line="259" w:lineRule="auto"/>
        <w:rPr>
          <w:rFonts w:asciiTheme="majorHAnsi" w:hAnsiTheme="majorHAnsi" w:cstheme="majorHAnsi"/>
          <w:sz w:val="24"/>
          <w:szCs w:val="24"/>
          <w:lang w:val="fr-CA"/>
        </w:rPr>
      </w:pPr>
      <w:r w:rsidRPr="00485F8E">
        <w:rPr>
          <w:rFonts w:asciiTheme="majorHAnsi" w:hAnsiTheme="majorHAnsi" w:cstheme="majorHAnsi"/>
          <w:sz w:val="24"/>
          <w:szCs w:val="24"/>
          <w:lang w:val="fr-CA"/>
        </w:rPr>
        <w:t xml:space="preserve">Disponibilités de jour, de soir et de fin de semaine; </w:t>
      </w:r>
    </w:p>
    <w:p w14:paraId="3D58175A" w14:textId="340F1EDA" w:rsidR="00485F8E" w:rsidRPr="00485F8E" w:rsidRDefault="00485F8E" w:rsidP="00485F8E">
      <w:pPr>
        <w:numPr>
          <w:ilvl w:val="0"/>
          <w:numId w:val="10"/>
        </w:numPr>
        <w:spacing w:after="160" w:line="259" w:lineRule="auto"/>
        <w:rPr>
          <w:rFonts w:asciiTheme="majorHAnsi" w:hAnsiTheme="majorHAnsi" w:cstheme="majorHAnsi"/>
          <w:sz w:val="24"/>
          <w:szCs w:val="24"/>
        </w:rPr>
      </w:pPr>
      <w:proofErr w:type="spellStart"/>
      <w:proofErr w:type="gramStart"/>
      <w:r w:rsidRPr="00485F8E">
        <w:rPr>
          <w:rFonts w:asciiTheme="majorHAnsi" w:hAnsiTheme="majorHAnsi" w:cstheme="majorHAnsi"/>
          <w:sz w:val="24"/>
          <w:szCs w:val="24"/>
        </w:rPr>
        <w:t>Avantages</w:t>
      </w:r>
      <w:proofErr w:type="spellEnd"/>
      <w:proofErr w:type="gramEnd"/>
      <w:r w:rsidRPr="00485F8E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5F8E">
        <w:rPr>
          <w:rFonts w:asciiTheme="majorHAnsi" w:hAnsiTheme="majorHAnsi" w:cstheme="majorHAnsi"/>
          <w:sz w:val="24"/>
          <w:szCs w:val="24"/>
        </w:rPr>
        <w:t>sociaux</w:t>
      </w:r>
      <w:proofErr w:type="spellEnd"/>
      <w:r>
        <w:rPr>
          <w:rFonts w:asciiTheme="majorHAnsi" w:hAnsiTheme="majorHAnsi" w:cstheme="majorHAnsi"/>
          <w:sz w:val="24"/>
          <w:szCs w:val="24"/>
        </w:rPr>
        <w:t>:</w:t>
      </w:r>
    </w:p>
    <w:p w14:paraId="7784B4FA" w14:textId="77777777" w:rsidR="00485F8E" w:rsidRPr="00485F8E" w:rsidRDefault="00485F8E" w:rsidP="00485F8E">
      <w:pPr>
        <w:numPr>
          <w:ilvl w:val="0"/>
          <w:numId w:val="12"/>
        </w:numPr>
        <w:spacing w:after="0" w:line="259" w:lineRule="auto"/>
        <w:ind w:left="1077" w:hanging="357"/>
        <w:rPr>
          <w:rFonts w:asciiTheme="majorHAnsi" w:hAnsiTheme="majorHAnsi" w:cstheme="majorHAnsi"/>
          <w:sz w:val="24"/>
          <w:szCs w:val="24"/>
          <w:lang w:val="fr-CA"/>
        </w:rPr>
      </w:pPr>
      <w:r w:rsidRPr="00485F8E">
        <w:rPr>
          <w:rFonts w:asciiTheme="majorHAnsi" w:hAnsiTheme="majorHAnsi" w:cstheme="majorHAnsi"/>
          <w:sz w:val="24"/>
          <w:szCs w:val="24"/>
          <w:lang w:val="fr-CA"/>
        </w:rPr>
        <w:t>REER collectif avec contribution de l’employeur;</w:t>
      </w:r>
    </w:p>
    <w:p w14:paraId="391FE07E" w14:textId="77777777" w:rsidR="00485F8E" w:rsidRPr="00485F8E" w:rsidRDefault="00485F8E" w:rsidP="00485F8E">
      <w:pPr>
        <w:numPr>
          <w:ilvl w:val="0"/>
          <w:numId w:val="12"/>
        </w:numPr>
        <w:spacing w:after="0" w:line="259" w:lineRule="auto"/>
        <w:ind w:left="1077" w:hanging="357"/>
        <w:rPr>
          <w:rFonts w:asciiTheme="majorHAnsi" w:hAnsiTheme="majorHAnsi" w:cstheme="majorHAnsi"/>
          <w:sz w:val="24"/>
          <w:szCs w:val="24"/>
          <w:lang w:val="fr-CA"/>
        </w:rPr>
      </w:pPr>
      <w:r w:rsidRPr="00485F8E">
        <w:rPr>
          <w:rFonts w:asciiTheme="majorHAnsi" w:hAnsiTheme="majorHAnsi" w:cstheme="majorHAnsi"/>
          <w:sz w:val="24"/>
          <w:szCs w:val="24"/>
          <w:lang w:val="fr-CA"/>
        </w:rPr>
        <w:t>Journée de congé lors de ton anniversaire;</w:t>
      </w:r>
    </w:p>
    <w:p w14:paraId="16F41D6A" w14:textId="77777777" w:rsidR="00485F8E" w:rsidRPr="00485F8E" w:rsidRDefault="00485F8E" w:rsidP="00485F8E">
      <w:pPr>
        <w:numPr>
          <w:ilvl w:val="0"/>
          <w:numId w:val="12"/>
        </w:numPr>
        <w:spacing w:after="0" w:line="259" w:lineRule="auto"/>
        <w:ind w:left="1077" w:hanging="357"/>
        <w:rPr>
          <w:rFonts w:asciiTheme="majorHAnsi" w:hAnsiTheme="majorHAnsi" w:cstheme="majorHAnsi"/>
          <w:sz w:val="24"/>
          <w:szCs w:val="24"/>
        </w:rPr>
      </w:pPr>
      <w:r w:rsidRPr="00485F8E">
        <w:rPr>
          <w:rFonts w:asciiTheme="majorHAnsi" w:hAnsiTheme="majorHAnsi" w:cstheme="majorHAnsi"/>
          <w:sz w:val="24"/>
          <w:szCs w:val="24"/>
        </w:rPr>
        <w:t xml:space="preserve">5 </w:t>
      </w:r>
      <w:proofErr w:type="spellStart"/>
      <w:r w:rsidRPr="00485F8E">
        <w:rPr>
          <w:rFonts w:asciiTheme="majorHAnsi" w:hAnsiTheme="majorHAnsi" w:cstheme="majorHAnsi"/>
          <w:sz w:val="24"/>
          <w:szCs w:val="24"/>
        </w:rPr>
        <w:t>jours</w:t>
      </w:r>
      <w:proofErr w:type="spellEnd"/>
      <w:r w:rsidRPr="00485F8E">
        <w:rPr>
          <w:rFonts w:asciiTheme="majorHAnsi" w:hAnsiTheme="majorHAnsi" w:cstheme="majorHAnsi"/>
          <w:sz w:val="24"/>
          <w:szCs w:val="24"/>
        </w:rPr>
        <w:t xml:space="preserve"> de congés maladies;</w:t>
      </w:r>
    </w:p>
    <w:p w14:paraId="2E19249B" w14:textId="77777777" w:rsidR="00485F8E" w:rsidRPr="00485F8E" w:rsidRDefault="00485F8E" w:rsidP="00485F8E">
      <w:pPr>
        <w:numPr>
          <w:ilvl w:val="0"/>
          <w:numId w:val="12"/>
        </w:numPr>
        <w:spacing w:after="0" w:line="259" w:lineRule="auto"/>
        <w:ind w:left="1077" w:hanging="357"/>
        <w:rPr>
          <w:rFonts w:asciiTheme="majorHAnsi" w:hAnsiTheme="majorHAnsi" w:cstheme="majorHAnsi"/>
          <w:sz w:val="24"/>
          <w:szCs w:val="24"/>
        </w:rPr>
      </w:pPr>
      <w:r w:rsidRPr="00485F8E">
        <w:rPr>
          <w:rFonts w:asciiTheme="majorHAnsi" w:hAnsiTheme="majorHAnsi" w:cstheme="majorHAnsi"/>
          <w:sz w:val="24"/>
          <w:szCs w:val="24"/>
        </w:rPr>
        <w:t>Congé santé;</w:t>
      </w:r>
    </w:p>
    <w:p w14:paraId="159E1186" w14:textId="77777777" w:rsidR="00485F8E" w:rsidRPr="00485F8E" w:rsidRDefault="00485F8E" w:rsidP="00485F8E">
      <w:pPr>
        <w:numPr>
          <w:ilvl w:val="0"/>
          <w:numId w:val="12"/>
        </w:numPr>
        <w:spacing w:after="0" w:line="259" w:lineRule="auto"/>
        <w:ind w:left="1077" w:hanging="357"/>
        <w:rPr>
          <w:rFonts w:asciiTheme="majorHAnsi" w:hAnsiTheme="majorHAnsi" w:cstheme="majorHAnsi"/>
          <w:sz w:val="24"/>
          <w:szCs w:val="24"/>
          <w:lang w:val="fr-CA"/>
        </w:rPr>
      </w:pPr>
      <w:r w:rsidRPr="00485F8E">
        <w:rPr>
          <w:rFonts w:asciiTheme="majorHAnsi" w:hAnsiTheme="majorHAnsi" w:cstheme="majorHAnsi"/>
          <w:sz w:val="24"/>
          <w:szCs w:val="24"/>
          <w:lang w:val="fr-CA"/>
        </w:rPr>
        <w:t>Tirage une fois par mois;</w:t>
      </w:r>
    </w:p>
    <w:p w14:paraId="6C12F288" w14:textId="77777777" w:rsidR="00485F8E" w:rsidRPr="00485F8E" w:rsidRDefault="00485F8E" w:rsidP="00485F8E">
      <w:pPr>
        <w:numPr>
          <w:ilvl w:val="0"/>
          <w:numId w:val="12"/>
        </w:numPr>
        <w:spacing w:after="0" w:line="259" w:lineRule="auto"/>
        <w:ind w:left="1077" w:hanging="357"/>
        <w:rPr>
          <w:rFonts w:asciiTheme="majorHAnsi" w:hAnsiTheme="majorHAnsi" w:cstheme="majorHAnsi"/>
          <w:sz w:val="24"/>
          <w:szCs w:val="24"/>
          <w:lang w:val="fr-CA"/>
        </w:rPr>
      </w:pPr>
      <w:r w:rsidRPr="00485F8E">
        <w:rPr>
          <w:rFonts w:asciiTheme="majorHAnsi" w:hAnsiTheme="majorHAnsi" w:cstheme="majorHAnsi"/>
          <w:sz w:val="24"/>
          <w:szCs w:val="24"/>
          <w:lang w:val="fr-CA"/>
        </w:rPr>
        <w:t>Fermé pendant le temps des fêtes.</w:t>
      </w:r>
    </w:p>
    <w:p w14:paraId="2DEF35BB" w14:textId="77777777" w:rsidR="00485F8E" w:rsidRPr="00485F8E" w:rsidRDefault="00485F8E" w:rsidP="00485F8E">
      <w:pPr>
        <w:spacing w:after="0"/>
        <w:rPr>
          <w:rFonts w:asciiTheme="majorHAnsi" w:hAnsiTheme="majorHAnsi" w:cstheme="majorHAnsi"/>
          <w:sz w:val="24"/>
          <w:szCs w:val="24"/>
          <w:lang w:val="fr-CA"/>
        </w:rPr>
      </w:pPr>
    </w:p>
    <w:p w14:paraId="4CED172E" w14:textId="431F674A" w:rsidR="00485F8E" w:rsidRPr="00485F8E" w:rsidRDefault="00485F8E" w:rsidP="00485F8E">
      <w:pPr>
        <w:rPr>
          <w:rFonts w:asciiTheme="majorHAnsi" w:hAnsiTheme="majorHAnsi" w:cstheme="majorHAnsi"/>
          <w:sz w:val="24"/>
          <w:szCs w:val="24"/>
        </w:rPr>
      </w:pPr>
      <w:proofErr w:type="spellStart"/>
      <w:r w:rsidRPr="00485F8E">
        <w:rPr>
          <w:rFonts w:asciiTheme="majorHAnsi" w:hAnsiTheme="majorHAnsi" w:cstheme="majorHAnsi"/>
          <w:b/>
          <w:bCs/>
          <w:sz w:val="24"/>
          <w:szCs w:val="24"/>
        </w:rPr>
        <w:t>Principales</w:t>
      </w:r>
      <w:proofErr w:type="spellEnd"/>
      <w:r w:rsidRPr="00485F8E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485F8E">
        <w:rPr>
          <w:rFonts w:asciiTheme="majorHAnsi" w:hAnsiTheme="majorHAnsi" w:cstheme="majorHAnsi"/>
          <w:b/>
          <w:bCs/>
          <w:sz w:val="24"/>
          <w:szCs w:val="24"/>
        </w:rPr>
        <w:t>responsabilités</w:t>
      </w:r>
      <w:proofErr w:type="spellEnd"/>
      <w:r w:rsidRPr="00485F8E">
        <w:rPr>
          <w:rFonts w:asciiTheme="majorHAnsi" w:hAnsiTheme="majorHAnsi" w:cstheme="majorHAnsi"/>
          <w:b/>
          <w:bCs/>
          <w:sz w:val="24"/>
          <w:szCs w:val="24"/>
        </w:rPr>
        <w:t>:</w:t>
      </w:r>
    </w:p>
    <w:p w14:paraId="3E9F2E28" w14:textId="77777777" w:rsidR="00485F8E" w:rsidRPr="00485F8E" w:rsidRDefault="00485F8E" w:rsidP="00485F8E">
      <w:pPr>
        <w:numPr>
          <w:ilvl w:val="0"/>
          <w:numId w:val="11"/>
        </w:numPr>
        <w:spacing w:after="160" w:line="259" w:lineRule="auto"/>
        <w:rPr>
          <w:rFonts w:asciiTheme="majorHAnsi" w:hAnsiTheme="majorHAnsi" w:cstheme="majorHAnsi"/>
          <w:sz w:val="24"/>
          <w:szCs w:val="24"/>
          <w:lang w:val="fr-CA"/>
        </w:rPr>
      </w:pPr>
      <w:r w:rsidRPr="00485F8E">
        <w:rPr>
          <w:rFonts w:asciiTheme="majorHAnsi" w:hAnsiTheme="majorHAnsi" w:cstheme="majorHAnsi"/>
          <w:sz w:val="24"/>
          <w:szCs w:val="24"/>
          <w:lang w:val="fr-CA"/>
        </w:rPr>
        <w:t xml:space="preserve">Accueillir et servir la clientèle avec courtoisie; </w:t>
      </w:r>
    </w:p>
    <w:p w14:paraId="7BBA8454" w14:textId="77777777" w:rsidR="00485F8E" w:rsidRPr="00485F8E" w:rsidRDefault="00485F8E" w:rsidP="00485F8E">
      <w:pPr>
        <w:numPr>
          <w:ilvl w:val="0"/>
          <w:numId w:val="11"/>
        </w:numPr>
        <w:spacing w:after="160" w:line="259" w:lineRule="auto"/>
        <w:rPr>
          <w:rFonts w:asciiTheme="majorHAnsi" w:hAnsiTheme="majorHAnsi" w:cstheme="majorHAnsi"/>
          <w:sz w:val="24"/>
          <w:szCs w:val="24"/>
        </w:rPr>
      </w:pPr>
      <w:proofErr w:type="spellStart"/>
      <w:r w:rsidRPr="00485F8E">
        <w:rPr>
          <w:rFonts w:asciiTheme="majorHAnsi" w:hAnsiTheme="majorHAnsi" w:cstheme="majorHAnsi"/>
          <w:sz w:val="24"/>
          <w:szCs w:val="24"/>
        </w:rPr>
        <w:t>Opérer</w:t>
      </w:r>
      <w:proofErr w:type="spellEnd"/>
      <w:r w:rsidRPr="00485F8E">
        <w:rPr>
          <w:rFonts w:asciiTheme="majorHAnsi" w:hAnsiTheme="majorHAnsi" w:cstheme="majorHAnsi"/>
          <w:sz w:val="24"/>
          <w:szCs w:val="24"/>
        </w:rPr>
        <w:t xml:space="preserve"> la </w:t>
      </w:r>
      <w:proofErr w:type="spellStart"/>
      <w:r w:rsidRPr="00485F8E">
        <w:rPr>
          <w:rFonts w:asciiTheme="majorHAnsi" w:hAnsiTheme="majorHAnsi" w:cstheme="majorHAnsi"/>
          <w:sz w:val="24"/>
          <w:szCs w:val="24"/>
        </w:rPr>
        <w:t>caisse</w:t>
      </w:r>
      <w:proofErr w:type="spellEnd"/>
      <w:r w:rsidRPr="00485F8E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5F8E">
        <w:rPr>
          <w:rFonts w:asciiTheme="majorHAnsi" w:hAnsiTheme="majorHAnsi" w:cstheme="majorHAnsi"/>
          <w:sz w:val="24"/>
          <w:szCs w:val="24"/>
        </w:rPr>
        <w:t>enregistreuse</w:t>
      </w:r>
      <w:proofErr w:type="spellEnd"/>
      <w:r w:rsidRPr="00485F8E">
        <w:rPr>
          <w:rFonts w:asciiTheme="majorHAnsi" w:hAnsiTheme="majorHAnsi" w:cstheme="majorHAnsi"/>
          <w:sz w:val="24"/>
          <w:szCs w:val="24"/>
        </w:rPr>
        <w:t xml:space="preserve">; </w:t>
      </w:r>
    </w:p>
    <w:p w14:paraId="3D737584" w14:textId="77777777" w:rsidR="00485F8E" w:rsidRPr="00485F8E" w:rsidRDefault="00485F8E" w:rsidP="00485F8E">
      <w:pPr>
        <w:numPr>
          <w:ilvl w:val="0"/>
          <w:numId w:val="11"/>
        </w:numPr>
        <w:spacing w:after="160" w:line="259" w:lineRule="auto"/>
        <w:rPr>
          <w:rFonts w:asciiTheme="majorHAnsi" w:hAnsiTheme="majorHAnsi" w:cstheme="majorHAnsi"/>
          <w:sz w:val="24"/>
          <w:szCs w:val="24"/>
          <w:lang w:val="fr-CA"/>
        </w:rPr>
      </w:pPr>
      <w:r w:rsidRPr="00485F8E">
        <w:rPr>
          <w:rFonts w:asciiTheme="majorHAnsi" w:hAnsiTheme="majorHAnsi" w:cstheme="majorHAnsi"/>
          <w:sz w:val="24"/>
          <w:szCs w:val="24"/>
          <w:lang w:val="fr-CA"/>
        </w:rPr>
        <w:t xml:space="preserve">Placer et effectuer la rotation de la marchandise; </w:t>
      </w:r>
    </w:p>
    <w:p w14:paraId="11700B1E" w14:textId="77777777" w:rsidR="00485F8E" w:rsidRPr="00485F8E" w:rsidRDefault="00485F8E" w:rsidP="00485F8E">
      <w:pPr>
        <w:numPr>
          <w:ilvl w:val="0"/>
          <w:numId w:val="11"/>
        </w:numPr>
        <w:spacing w:after="160" w:line="259" w:lineRule="auto"/>
        <w:rPr>
          <w:rFonts w:asciiTheme="majorHAnsi" w:hAnsiTheme="majorHAnsi" w:cstheme="majorHAnsi"/>
          <w:sz w:val="24"/>
          <w:szCs w:val="24"/>
          <w:lang w:val="fr-CA"/>
        </w:rPr>
      </w:pPr>
      <w:r w:rsidRPr="00485F8E">
        <w:rPr>
          <w:rFonts w:asciiTheme="majorHAnsi" w:hAnsiTheme="majorHAnsi" w:cstheme="majorHAnsi"/>
          <w:sz w:val="24"/>
          <w:szCs w:val="24"/>
          <w:lang w:val="fr-CA"/>
        </w:rPr>
        <w:t xml:space="preserve">Vérifier ou établir les prix des articles non étiquetés; </w:t>
      </w:r>
    </w:p>
    <w:p w14:paraId="1267404A" w14:textId="77777777" w:rsidR="00485F8E" w:rsidRPr="00485F8E" w:rsidRDefault="00485F8E" w:rsidP="00485F8E">
      <w:pPr>
        <w:numPr>
          <w:ilvl w:val="0"/>
          <w:numId w:val="11"/>
        </w:numPr>
        <w:spacing w:after="160" w:line="259" w:lineRule="auto"/>
        <w:rPr>
          <w:rFonts w:asciiTheme="majorHAnsi" w:hAnsiTheme="majorHAnsi" w:cstheme="majorHAnsi"/>
          <w:sz w:val="24"/>
          <w:szCs w:val="24"/>
          <w:lang w:val="fr-CA"/>
        </w:rPr>
      </w:pPr>
      <w:r w:rsidRPr="00485F8E">
        <w:rPr>
          <w:rFonts w:asciiTheme="majorHAnsi" w:hAnsiTheme="majorHAnsi" w:cstheme="majorHAnsi"/>
          <w:sz w:val="24"/>
          <w:szCs w:val="24"/>
          <w:lang w:val="fr-CA"/>
        </w:rPr>
        <w:t xml:space="preserve">Maintenir les espaces de travail propres et bien organisés. </w:t>
      </w:r>
    </w:p>
    <w:p w14:paraId="5B7883CF" w14:textId="3D549856" w:rsidR="00226AC9" w:rsidRPr="00485F8E" w:rsidRDefault="00485F8E" w:rsidP="00485F8E">
      <w:pPr>
        <w:rPr>
          <w:rFonts w:asciiTheme="majorHAnsi" w:hAnsiTheme="majorHAnsi" w:cstheme="majorHAnsi"/>
          <w:sz w:val="24"/>
          <w:szCs w:val="24"/>
        </w:rPr>
      </w:pPr>
      <w:r w:rsidRPr="00485F8E">
        <w:rPr>
          <w:rFonts w:asciiTheme="majorHAnsi" w:hAnsiTheme="majorHAnsi" w:cstheme="majorHAnsi"/>
          <w:sz w:val="24"/>
          <w:szCs w:val="24"/>
          <w:lang w:val="fr-CA"/>
        </w:rPr>
        <w:t xml:space="preserve">Vous êtes une personne </w:t>
      </w:r>
      <w:r w:rsidRPr="00485F8E">
        <w:rPr>
          <w:rFonts w:asciiTheme="majorHAnsi" w:hAnsiTheme="majorHAnsi" w:cstheme="majorHAnsi"/>
          <w:b/>
          <w:bCs/>
          <w:sz w:val="24"/>
          <w:szCs w:val="24"/>
          <w:lang w:val="fr-CA"/>
        </w:rPr>
        <w:t>autonome, organisée, courtoise et qui aime travailler en équipe</w:t>
      </w:r>
      <w:r w:rsidRPr="00485F8E">
        <w:rPr>
          <w:rFonts w:asciiTheme="majorHAnsi" w:hAnsiTheme="majorHAnsi" w:cstheme="majorHAnsi"/>
          <w:sz w:val="24"/>
          <w:szCs w:val="24"/>
          <w:lang w:val="fr-CA"/>
        </w:rPr>
        <w:t xml:space="preserve">? </w:t>
      </w:r>
      <w:r w:rsidRPr="00485F8E">
        <w:rPr>
          <w:rFonts w:asciiTheme="majorHAnsi" w:hAnsiTheme="majorHAnsi" w:cstheme="majorHAnsi"/>
          <w:sz w:val="24"/>
          <w:szCs w:val="24"/>
        </w:rPr>
        <w:t xml:space="preserve">Faites-nous </w:t>
      </w:r>
      <w:proofErr w:type="spellStart"/>
      <w:r w:rsidRPr="00485F8E">
        <w:rPr>
          <w:rFonts w:asciiTheme="majorHAnsi" w:hAnsiTheme="majorHAnsi" w:cstheme="majorHAnsi"/>
          <w:sz w:val="24"/>
          <w:szCs w:val="24"/>
        </w:rPr>
        <w:t>parvenir</w:t>
      </w:r>
      <w:proofErr w:type="spellEnd"/>
      <w:r w:rsidRPr="00485F8E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5F8E">
        <w:rPr>
          <w:rFonts w:asciiTheme="majorHAnsi" w:hAnsiTheme="majorHAnsi" w:cstheme="majorHAnsi"/>
          <w:sz w:val="24"/>
          <w:szCs w:val="24"/>
        </w:rPr>
        <w:t>votre</w:t>
      </w:r>
      <w:proofErr w:type="spellEnd"/>
      <w:r w:rsidRPr="00485F8E">
        <w:rPr>
          <w:rFonts w:asciiTheme="majorHAnsi" w:hAnsiTheme="majorHAnsi" w:cstheme="majorHAnsi"/>
          <w:sz w:val="24"/>
          <w:szCs w:val="24"/>
        </w:rPr>
        <w:t xml:space="preserve"> candidature! </w:t>
      </w:r>
      <w:r w:rsidRPr="00485F8E">
        <w:rPr>
          <w:rFonts w:ascii="Segoe UI Emoji" w:hAnsi="Segoe UI Emoji" w:cs="Segoe UI Emoji"/>
          <w:sz w:val="24"/>
          <w:szCs w:val="24"/>
        </w:rPr>
        <w:t>😊</w:t>
      </w:r>
    </w:p>
    <w:sectPr w:rsidR="00226AC9" w:rsidRPr="00485F8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CC7673"/>
    <w:multiLevelType w:val="multilevel"/>
    <w:tmpl w:val="F850B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5B5247"/>
    <w:multiLevelType w:val="multilevel"/>
    <w:tmpl w:val="5C2EC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CF6415"/>
    <w:multiLevelType w:val="multilevel"/>
    <w:tmpl w:val="1A2C68FC"/>
    <w:lvl w:ilvl="0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 w16cid:durableId="1875464506">
    <w:abstractNumId w:val="8"/>
  </w:num>
  <w:num w:numId="2" w16cid:durableId="558446443">
    <w:abstractNumId w:val="6"/>
  </w:num>
  <w:num w:numId="3" w16cid:durableId="1110512838">
    <w:abstractNumId w:val="5"/>
  </w:num>
  <w:num w:numId="4" w16cid:durableId="1494182386">
    <w:abstractNumId w:val="4"/>
  </w:num>
  <w:num w:numId="5" w16cid:durableId="1826047278">
    <w:abstractNumId w:val="7"/>
  </w:num>
  <w:num w:numId="6" w16cid:durableId="1183933803">
    <w:abstractNumId w:val="3"/>
  </w:num>
  <w:num w:numId="7" w16cid:durableId="1722710355">
    <w:abstractNumId w:val="2"/>
  </w:num>
  <w:num w:numId="8" w16cid:durableId="749347287">
    <w:abstractNumId w:val="1"/>
  </w:num>
  <w:num w:numId="9" w16cid:durableId="314997139">
    <w:abstractNumId w:val="0"/>
  </w:num>
  <w:num w:numId="10" w16cid:durableId="1667322778">
    <w:abstractNumId w:val="10"/>
  </w:num>
  <w:num w:numId="11" w16cid:durableId="1436168030">
    <w:abstractNumId w:val="9"/>
  </w:num>
  <w:num w:numId="12" w16cid:durableId="10210560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26AC9"/>
    <w:rsid w:val="0029639D"/>
    <w:rsid w:val="00326F90"/>
    <w:rsid w:val="003A54B2"/>
    <w:rsid w:val="00485F8E"/>
    <w:rsid w:val="00AA1D8D"/>
    <w:rsid w:val="00B47730"/>
    <w:rsid w:val="00C6025A"/>
    <w:rsid w:val="00CB0664"/>
    <w:rsid w:val="00E026AF"/>
    <w:rsid w:val="00E23E0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91689C"/>
  <w14:defaultImageDpi w14:val="300"/>
  <w15:docId w15:val="{D5399F14-166B-455D-AB4F-958C3951B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930</Characters>
  <Application>Microsoft Office Word</Application>
  <DocSecurity>0</DocSecurity>
  <Lines>25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Anne Marie Comparot</cp:lastModifiedBy>
  <cp:revision>2</cp:revision>
  <dcterms:created xsi:type="dcterms:W3CDTF">2026-09-25T15:56:00Z</dcterms:created>
  <dcterms:modified xsi:type="dcterms:W3CDTF">2026-09-25T15:56:00Z</dcterms:modified>
  <cp:category/>
</cp:coreProperties>
</file>