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99B1" w14:textId="77777777" w:rsidR="00226AC9" w:rsidRDefault="003A54B2">
      <w:r>
        <w:rPr>
          <w:noProof/>
        </w:rPr>
        <w:drawing>
          <wp:inline distT="0" distB="0" distL="0" distR="0" wp14:anchorId="39657690" wp14:editId="3A9C4D96">
            <wp:extent cx="1962150" cy="151568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OS_COUL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1009" cy="152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4DE83" w14:textId="77777777" w:rsidR="00226AC9" w:rsidRPr="00E23E08" w:rsidRDefault="003A54B2">
      <w:pPr>
        <w:pStyle w:val="Titre1"/>
        <w:rPr>
          <w:lang w:val="fr-CA"/>
        </w:rPr>
      </w:pPr>
      <w:r w:rsidRPr="00E23E08">
        <w:rPr>
          <w:lang w:val="fr-CA"/>
        </w:rPr>
        <w:t>Offre d'emploi – Commis au tri des vêtements</w:t>
      </w:r>
    </w:p>
    <w:p w14:paraId="2B591ECF" w14:textId="77777777" w:rsidR="00226AC9" w:rsidRPr="00E23E08" w:rsidRDefault="003A54B2">
      <w:pPr>
        <w:rPr>
          <w:lang w:val="fr-CA"/>
        </w:rPr>
      </w:pPr>
      <w:r w:rsidRPr="00E23E08">
        <w:rPr>
          <w:lang w:val="fr-CA"/>
        </w:rPr>
        <w:t>**Lieu :** Granby</w:t>
      </w:r>
      <w:r w:rsidRPr="00E23E08">
        <w:rPr>
          <w:lang w:val="fr-CA"/>
        </w:rPr>
        <w:br/>
        <w:t>**Horaire :** 35 h/semaine</w:t>
      </w:r>
      <w:r w:rsidRPr="00E23E08">
        <w:rPr>
          <w:lang w:val="fr-CA"/>
        </w:rPr>
        <w:br/>
        <w:t>**Statut :** Permanent</w:t>
      </w:r>
    </w:p>
    <w:p w14:paraId="14FFAF2A" w14:textId="77777777" w:rsidR="00226AC9" w:rsidRPr="00E23E08" w:rsidRDefault="003A54B2">
      <w:pPr>
        <w:pStyle w:val="Titre2"/>
        <w:rPr>
          <w:lang w:val="fr-CA"/>
        </w:rPr>
      </w:pPr>
      <w:r w:rsidRPr="00E23E08">
        <w:rPr>
          <w:lang w:val="fr-CA"/>
        </w:rPr>
        <w:t>Sommaire du poste</w:t>
      </w:r>
    </w:p>
    <w:p w14:paraId="2FEF8812" w14:textId="77777777" w:rsidR="00226AC9" w:rsidRPr="00E23E08" w:rsidRDefault="003A54B2">
      <w:pPr>
        <w:rPr>
          <w:lang w:val="fr-CA"/>
        </w:rPr>
      </w:pPr>
      <w:r w:rsidRPr="00E23E08">
        <w:rPr>
          <w:lang w:val="fr-CA"/>
        </w:rPr>
        <w:t>Sous la supervision du coordonnateur du tri des vêtements, le titulaire est responsable de l’inspection, de l’assurance qualité et du tri des marchandises avant leur mise en vente.</w:t>
      </w:r>
    </w:p>
    <w:p w14:paraId="1343DBA8" w14:textId="77777777" w:rsidR="00226AC9" w:rsidRDefault="003A54B2">
      <w:pPr>
        <w:pStyle w:val="Titre2"/>
      </w:pPr>
      <w:r>
        <w:t>Principales responsabilités</w:t>
      </w:r>
    </w:p>
    <w:p w14:paraId="2D4E6997" w14:textId="77777777" w:rsidR="00226AC9" w:rsidRDefault="003A54B2">
      <w:pPr>
        <w:pStyle w:val="Listepuces"/>
      </w:pPr>
      <w:r>
        <w:t>Inspecter la marchandise reçue.</w:t>
      </w:r>
    </w:p>
    <w:p w14:paraId="34358A1E" w14:textId="77777777" w:rsidR="00226AC9" w:rsidRPr="00E23E08" w:rsidRDefault="003A54B2">
      <w:pPr>
        <w:pStyle w:val="Listepuces"/>
        <w:rPr>
          <w:lang w:val="fr-CA"/>
        </w:rPr>
      </w:pPr>
      <w:r w:rsidRPr="00E23E08">
        <w:rPr>
          <w:lang w:val="fr-CA"/>
        </w:rPr>
        <w:t>Évaluer les articles selon les critères de qualité.</w:t>
      </w:r>
    </w:p>
    <w:p w14:paraId="05006696" w14:textId="77777777" w:rsidR="00226AC9" w:rsidRPr="00E23E08" w:rsidRDefault="003A54B2">
      <w:pPr>
        <w:pStyle w:val="Listepuces"/>
        <w:rPr>
          <w:lang w:val="fr-CA"/>
        </w:rPr>
      </w:pPr>
      <w:r w:rsidRPr="00E23E08">
        <w:rPr>
          <w:lang w:val="fr-CA"/>
        </w:rPr>
        <w:t>Disposer des articles non retenus.</w:t>
      </w:r>
    </w:p>
    <w:p w14:paraId="7B6C391E" w14:textId="77777777" w:rsidR="00226AC9" w:rsidRPr="00E23E08" w:rsidRDefault="003A54B2">
      <w:pPr>
        <w:pStyle w:val="Listepuces"/>
        <w:rPr>
          <w:lang w:val="fr-CA"/>
        </w:rPr>
      </w:pPr>
      <w:r w:rsidRPr="00E23E08">
        <w:rPr>
          <w:lang w:val="fr-CA"/>
        </w:rPr>
        <w:t>Maintenir la propreté de l’aire de travail.</w:t>
      </w:r>
    </w:p>
    <w:p w14:paraId="01D82FAF" w14:textId="77777777" w:rsidR="00226AC9" w:rsidRDefault="003A54B2">
      <w:pPr>
        <w:pStyle w:val="Listepuces"/>
      </w:pPr>
      <w:r>
        <w:t>Toute autre tâche connexe.</w:t>
      </w:r>
    </w:p>
    <w:p w14:paraId="5DAA02BF" w14:textId="77777777" w:rsidR="00226AC9" w:rsidRDefault="003A54B2">
      <w:pPr>
        <w:pStyle w:val="Titre2"/>
      </w:pPr>
      <w:r>
        <w:t>Profil recherché</w:t>
      </w:r>
    </w:p>
    <w:p w14:paraId="5E383FBD" w14:textId="77777777" w:rsidR="00226AC9" w:rsidRDefault="003A54B2">
      <w:pPr>
        <w:pStyle w:val="Listepuces"/>
      </w:pPr>
      <w:r>
        <w:t>Bonne force physique.</w:t>
      </w:r>
    </w:p>
    <w:p w14:paraId="2EF22B26" w14:textId="77777777" w:rsidR="00226AC9" w:rsidRDefault="003A54B2">
      <w:pPr>
        <w:pStyle w:val="Listepuces"/>
      </w:pPr>
      <w:r>
        <w:t>Esprit d’équipe.</w:t>
      </w:r>
    </w:p>
    <w:p w14:paraId="1B6E2374" w14:textId="77777777" w:rsidR="00226AC9" w:rsidRDefault="003A54B2">
      <w:pPr>
        <w:pStyle w:val="Listepuces"/>
      </w:pPr>
      <w:r>
        <w:t>Organisation et minutie.</w:t>
      </w:r>
    </w:p>
    <w:p w14:paraId="6B52DA07" w14:textId="77777777" w:rsidR="00226AC9" w:rsidRDefault="003A54B2">
      <w:pPr>
        <w:pStyle w:val="Listepuces"/>
      </w:pPr>
      <w:r>
        <w:t>Bon jugement.</w:t>
      </w:r>
    </w:p>
    <w:p w14:paraId="648323EB" w14:textId="77777777" w:rsidR="00226AC9" w:rsidRDefault="003A54B2">
      <w:pPr>
        <w:pStyle w:val="Listepuces"/>
      </w:pPr>
      <w:r>
        <w:t>Rapidité d’exécution.</w:t>
      </w:r>
    </w:p>
    <w:p w14:paraId="1605E56F" w14:textId="77777777" w:rsidR="00226AC9" w:rsidRDefault="003A54B2">
      <w:pPr>
        <w:pStyle w:val="Listepuces"/>
      </w:pPr>
      <w:r>
        <w:t>Respect des procédures.</w:t>
      </w:r>
    </w:p>
    <w:p w14:paraId="7B3F9ED9" w14:textId="77777777" w:rsidR="00226AC9" w:rsidRDefault="003A54B2">
      <w:pPr>
        <w:pStyle w:val="Listepuces"/>
      </w:pPr>
      <w:r>
        <w:t>Professionnalisme et confidentialité.</w:t>
      </w:r>
    </w:p>
    <w:p w14:paraId="52BDEEA1" w14:textId="77777777" w:rsidR="00226AC9" w:rsidRDefault="003A54B2">
      <w:pPr>
        <w:pStyle w:val="Listepuces"/>
      </w:pPr>
      <w:r>
        <w:t>Polyvalence.</w:t>
      </w:r>
    </w:p>
    <w:p w14:paraId="5B7883CF" w14:textId="77777777" w:rsidR="00226AC9" w:rsidRPr="00E23E08" w:rsidRDefault="003A54B2">
      <w:pPr>
        <w:pStyle w:val="Listepuces"/>
        <w:rPr>
          <w:lang w:val="fr-CA"/>
        </w:rPr>
      </w:pPr>
      <w:r w:rsidRPr="00E23E08">
        <w:rPr>
          <w:lang w:val="fr-CA"/>
        </w:rPr>
        <w:t>Adhésion à la mission de SOS Dépannage.</w:t>
      </w:r>
    </w:p>
    <w:sectPr w:rsidR="00226AC9" w:rsidRPr="00E23E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5464506">
    <w:abstractNumId w:val="8"/>
  </w:num>
  <w:num w:numId="2" w16cid:durableId="558446443">
    <w:abstractNumId w:val="6"/>
  </w:num>
  <w:num w:numId="3" w16cid:durableId="1110512838">
    <w:abstractNumId w:val="5"/>
  </w:num>
  <w:num w:numId="4" w16cid:durableId="1494182386">
    <w:abstractNumId w:val="4"/>
  </w:num>
  <w:num w:numId="5" w16cid:durableId="1826047278">
    <w:abstractNumId w:val="7"/>
  </w:num>
  <w:num w:numId="6" w16cid:durableId="1183933803">
    <w:abstractNumId w:val="3"/>
  </w:num>
  <w:num w:numId="7" w16cid:durableId="1722710355">
    <w:abstractNumId w:val="2"/>
  </w:num>
  <w:num w:numId="8" w16cid:durableId="749347287">
    <w:abstractNumId w:val="1"/>
  </w:num>
  <w:num w:numId="9" w16cid:durableId="31499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6AC9"/>
    <w:rsid w:val="0029639D"/>
    <w:rsid w:val="00326F90"/>
    <w:rsid w:val="003A54B2"/>
    <w:rsid w:val="00AA1D8D"/>
    <w:rsid w:val="00B47730"/>
    <w:rsid w:val="00C6025A"/>
    <w:rsid w:val="00CB0664"/>
    <w:rsid w:val="00E23E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1689C"/>
  <w14:defaultImageDpi w14:val="300"/>
  <w15:docId w15:val="{D5399F14-166B-455D-AB4F-958C3951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Marie Comparot</cp:lastModifiedBy>
  <cp:revision>2</cp:revision>
  <dcterms:created xsi:type="dcterms:W3CDTF">2026-07-20T19:44:00Z</dcterms:created>
  <dcterms:modified xsi:type="dcterms:W3CDTF">2026-07-20T19:44:00Z</dcterms:modified>
  <cp:category/>
</cp:coreProperties>
</file>